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7009" w14:textId="77777777" w:rsidR="00D02A15" w:rsidRPr="009F3EFA" w:rsidRDefault="0079047E" w:rsidP="00953731">
      <w:pPr>
        <w:spacing w:after="0" w:line="240" w:lineRule="auto"/>
        <w:jc w:val="center"/>
      </w:pPr>
      <w:r w:rsidRPr="009F3EFA">
        <w:rPr>
          <w:rFonts w:ascii="Aptos Display" w:hAnsi="Aptos Display"/>
          <w:b/>
          <w:sz w:val="22"/>
        </w:rPr>
        <w:t>SURF COLLEGE PATHWAY</w:t>
      </w:r>
    </w:p>
    <w:p w14:paraId="78F5B6AC" w14:textId="77777777" w:rsidR="00D02A15" w:rsidRPr="009F3EFA" w:rsidRDefault="0079047E" w:rsidP="00953731">
      <w:pPr>
        <w:spacing w:after="0" w:line="240" w:lineRule="auto"/>
        <w:jc w:val="center"/>
      </w:pPr>
      <w:r w:rsidRPr="009F3EFA">
        <w:rPr>
          <w:rFonts w:ascii="Aptos Display" w:hAnsi="Aptos Display"/>
          <w:b/>
          <w:sz w:val="42"/>
        </w:rPr>
        <w:t>Initial Coach Outreach Email</w:t>
      </w:r>
    </w:p>
    <w:tbl>
      <w:tblPr>
        <w:tblW w:w="0" w:type="auto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0080"/>
      </w:tblGrid>
      <w:tr w:rsidR="00D02A15" w:rsidRPr="009F3EFA" w14:paraId="28B9A2C7" w14:textId="77777777" w:rsidTr="00593A9B">
        <w:tc>
          <w:tcPr>
            <w:tcW w:w="10080" w:type="dxa"/>
            <w:shd w:val="clear" w:color="auto" w:fill="F2F2F2" w:themeFill="background1" w:themeFillShade="F2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56DE78A" w14:textId="77777777" w:rsidR="00D02A15" w:rsidRPr="009F3EFA" w:rsidRDefault="0079047E" w:rsidP="00953731">
            <w:pPr>
              <w:spacing w:after="0" w:line="240" w:lineRule="auto"/>
            </w:pPr>
            <w:r w:rsidRPr="009F3EFA">
              <w:rPr>
                <w:b/>
              </w:rPr>
              <w:t>When to use this template</w:t>
            </w:r>
          </w:p>
          <w:p w14:paraId="645840C5" w14:textId="67FC087C" w:rsidR="00D02A15" w:rsidRPr="009F3EFA" w:rsidRDefault="00593A9B" w:rsidP="00953731">
            <w:pPr>
              <w:spacing w:after="0" w:line="240" w:lineRule="auto"/>
            </w:pPr>
            <w:r>
              <w:t xml:space="preserve">Use </w:t>
            </w:r>
            <w:r w:rsidR="0079047E" w:rsidRPr="009F3EFA">
              <w:t xml:space="preserve">this </w:t>
            </w:r>
            <w:r>
              <w:t xml:space="preserve">template </w:t>
            </w:r>
            <w:r w:rsidR="0079047E" w:rsidRPr="009F3EFA">
              <w:t xml:space="preserve">as a </w:t>
            </w:r>
            <w:r>
              <w:t>first</w:t>
            </w:r>
            <w:r w:rsidR="0079047E" w:rsidRPr="009F3EFA">
              <w:t xml:space="preserve"> introduction to a coach you have not contacted before. Mention upcoming games and</w:t>
            </w:r>
            <w:r>
              <w:t xml:space="preserve">/or </w:t>
            </w:r>
            <w:r w:rsidR="0079047E" w:rsidRPr="009F3EFA">
              <w:t>showcase but save the detailed schedule for a follow-up email when the event gets closer.</w:t>
            </w:r>
          </w:p>
        </w:tc>
      </w:tr>
    </w:tbl>
    <w:p w14:paraId="74A684A1" w14:textId="77777777" w:rsidR="00D02A15" w:rsidRPr="009F3EFA" w:rsidRDefault="00D02A15" w:rsidP="00953731">
      <w:pPr>
        <w:spacing w:after="0" w:line="240" w:lineRule="auto"/>
      </w:pPr>
    </w:p>
    <w:p w14:paraId="333B1A9C" w14:textId="77777777" w:rsidR="00D02A15" w:rsidRPr="006A7A07" w:rsidRDefault="0079047E" w:rsidP="00953731">
      <w:pPr>
        <w:spacing w:after="0" w:line="240" w:lineRule="auto"/>
      </w:pPr>
      <w:r w:rsidRPr="006A7A07">
        <w:rPr>
          <w:b/>
        </w:rPr>
        <w:t xml:space="preserve">Subject: </w:t>
      </w:r>
      <w:r w:rsidRPr="006A7A07">
        <w:t>[Grad Year] [Position] | Surf | Upcoming Schedule</w:t>
      </w:r>
    </w:p>
    <w:p w14:paraId="28497295" w14:textId="77777777" w:rsidR="00953731" w:rsidRPr="006A7A07" w:rsidRDefault="00953731" w:rsidP="00953731">
      <w:pPr>
        <w:spacing w:after="0" w:line="240" w:lineRule="auto"/>
      </w:pPr>
    </w:p>
    <w:p w14:paraId="7D78B1E7" w14:textId="6BFB71CB" w:rsidR="00D02A15" w:rsidRPr="009F3EFA" w:rsidRDefault="0079047E" w:rsidP="00953731">
      <w:pPr>
        <w:spacing w:after="0" w:line="240" w:lineRule="auto"/>
      </w:pPr>
      <w:r w:rsidRPr="006A7A07">
        <w:t>Hi Coach [Last Name],</w:t>
      </w:r>
    </w:p>
    <w:p w14:paraId="36C984E1" w14:textId="77777777" w:rsidR="00953731" w:rsidRDefault="00953731" w:rsidP="00953731">
      <w:pPr>
        <w:spacing w:after="0" w:line="240" w:lineRule="auto"/>
      </w:pPr>
    </w:p>
    <w:p w14:paraId="1A4DE5F4" w14:textId="6C489002" w:rsidR="00D02A15" w:rsidRPr="006A7A07" w:rsidRDefault="0079047E" w:rsidP="00953731">
      <w:pPr>
        <w:spacing w:after="0" w:line="240" w:lineRule="auto"/>
      </w:pPr>
      <w:r w:rsidRPr="006A7A07">
        <w:t>My name is [Name], and I am a [Grad Year] [Primary Position/Secondary Position] with [Surf Team Name].</w:t>
      </w:r>
    </w:p>
    <w:p w14:paraId="397B7F02" w14:textId="77777777" w:rsidR="00D02A15" w:rsidRPr="009F3EFA" w:rsidRDefault="0079047E" w:rsidP="00953731">
      <w:pPr>
        <w:spacing w:after="0" w:line="240" w:lineRule="auto"/>
      </w:pPr>
      <w:r w:rsidRPr="006A7A07">
        <w:t>I am very interested in [School Name] because [specific academic, athletic, campus, or program-related reason]. [Optional: Add one brief sentence explaining why you believe you could be a good fit for the program.]</w:t>
      </w:r>
    </w:p>
    <w:p w14:paraId="66A19DDA" w14:textId="77777777" w:rsidR="002320BD" w:rsidRDefault="002320BD" w:rsidP="00953731">
      <w:pPr>
        <w:spacing w:after="0" w:line="240" w:lineRule="auto"/>
      </w:pPr>
    </w:p>
    <w:p w14:paraId="51C44080" w14:textId="1F53A304" w:rsidR="00D02A15" w:rsidRPr="009F3EFA" w:rsidRDefault="0079047E" w:rsidP="00953731">
      <w:pPr>
        <w:spacing w:after="0" w:line="240" w:lineRule="auto"/>
      </w:pPr>
      <w:r w:rsidRPr="009F3EFA">
        <w:t>Over the next [few weeks/months], I will be competing in [upcoming league games, showcase(s), tournament(s), or other events]. My upcoming events include:</w:t>
      </w:r>
    </w:p>
    <w:p w14:paraId="70EB40FE" w14:textId="77777777" w:rsidR="00D02A15" w:rsidRPr="009F3EFA" w:rsidRDefault="0079047E" w:rsidP="00953731">
      <w:pPr>
        <w:pStyle w:val="ListBullet"/>
        <w:spacing w:after="0" w:line="240" w:lineRule="auto"/>
        <w:ind w:hanging="259"/>
      </w:pPr>
      <w:r w:rsidRPr="009F3EFA">
        <w:t>[Event or Game — City/Location — Date or Date Range]</w:t>
      </w:r>
    </w:p>
    <w:p w14:paraId="0C294FF4" w14:textId="77777777" w:rsidR="00D02A15" w:rsidRPr="009F3EFA" w:rsidRDefault="0079047E" w:rsidP="00953731">
      <w:pPr>
        <w:pStyle w:val="ListBullet"/>
        <w:spacing w:after="0" w:line="240" w:lineRule="auto"/>
        <w:ind w:hanging="259"/>
      </w:pPr>
      <w:r w:rsidRPr="009F3EFA">
        <w:t>[Event or Game — City/Location — Date or Date Range]</w:t>
      </w:r>
    </w:p>
    <w:p w14:paraId="2DADCB89" w14:textId="77777777" w:rsidR="00953731" w:rsidRDefault="00953731" w:rsidP="00953731">
      <w:pPr>
        <w:spacing w:after="0" w:line="240" w:lineRule="auto"/>
      </w:pPr>
    </w:p>
    <w:p w14:paraId="27ED0AE6" w14:textId="5BA20493" w:rsidR="00D02A15" w:rsidRPr="009F3EFA" w:rsidRDefault="0079047E" w:rsidP="00953731">
      <w:pPr>
        <w:spacing w:after="0" w:line="240" w:lineRule="auto"/>
      </w:pPr>
      <w:r w:rsidRPr="009F3EFA">
        <w:t xml:space="preserve">As </w:t>
      </w:r>
      <w:r w:rsidR="006A3121">
        <w:t>the [</w:t>
      </w:r>
      <w:r w:rsidRPr="009F3EFA">
        <w:t>showcase</w:t>
      </w:r>
      <w:r w:rsidR="006A3121">
        <w:t>/</w:t>
      </w:r>
      <w:r w:rsidRPr="009F3EFA">
        <w:t>tournament</w:t>
      </w:r>
      <w:r w:rsidR="006A3121">
        <w:t>]</w:t>
      </w:r>
      <w:r w:rsidRPr="009F3EFA">
        <w:t xml:space="preserve"> gets closer, I will follow up with my specific team schedule, game times, and field locations. I would appreciate the opportunity for you or a member of your staff to watch me play if you are attending.</w:t>
      </w:r>
    </w:p>
    <w:p w14:paraId="0C59CE35" w14:textId="77777777" w:rsidR="00953731" w:rsidRDefault="00953731" w:rsidP="00953731">
      <w:pPr>
        <w:spacing w:after="0" w:line="240" w:lineRule="auto"/>
      </w:pPr>
    </w:p>
    <w:p w14:paraId="4BC7E96E" w14:textId="7F662301" w:rsidR="00D02A15" w:rsidRPr="009F3EFA" w:rsidRDefault="0079047E" w:rsidP="00953731">
      <w:pPr>
        <w:spacing w:after="0" w:line="240" w:lineRule="auto"/>
      </w:pPr>
      <w:r w:rsidRPr="009F3EFA">
        <w:t>Thank you for your time and consideration.</w:t>
      </w:r>
    </w:p>
    <w:p w14:paraId="4004D343" w14:textId="3CEBDC9E" w:rsidR="00953731" w:rsidRDefault="00953731" w:rsidP="00953731">
      <w:pPr>
        <w:spacing w:after="0" w:line="240" w:lineRule="auto"/>
      </w:pPr>
      <w:r w:rsidRPr="009F3EFA">
        <w:t>[Highlight Video Link]</w:t>
      </w:r>
    </w:p>
    <w:p w14:paraId="1888387D" w14:textId="77777777" w:rsidR="00953731" w:rsidRDefault="00953731" w:rsidP="00953731">
      <w:pPr>
        <w:spacing w:after="0" w:line="240" w:lineRule="auto"/>
      </w:pPr>
    </w:p>
    <w:p w14:paraId="4F52EC90" w14:textId="14298962" w:rsidR="00D02A15" w:rsidRPr="009F3EFA" w:rsidRDefault="0079047E" w:rsidP="00953731">
      <w:pPr>
        <w:spacing w:after="0" w:line="240" w:lineRule="auto"/>
      </w:pPr>
      <w:r w:rsidRPr="009F3EFA">
        <w:t>Best,</w:t>
      </w:r>
      <w:r w:rsidRPr="009F3EFA">
        <w:br/>
        <w:t>[Name]</w:t>
      </w:r>
      <w:r w:rsidRPr="009F3EFA">
        <w:br/>
        <w:t>[Grad Year] | [Position]</w:t>
      </w:r>
      <w:r w:rsidRPr="009F3EFA">
        <w:br/>
        <w:t>[Surf Team Name]</w:t>
      </w:r>
      <w:r w:rsidRPr="009F3EFA">
        <w:br/>
        <w:t>[Phone Number]</w:t>
      </w:r>
      <w:r w:rsidRPr="009F3EFA">
        <w:br/>
        <w:t>[Email Address]</w:t>
      </w:r>
      <w:r w:rsidRPr="009F3EFA">
        <w:br/>
      </w:r>
      <w:r w:rsidRPr="009F3EFA">
        <w:br/>
        <w:t>[Player Profile Link — optional]</w:t>
      </w:r>
    </w:p>
    <w:sectPr w:rsidR="00D02A15" w:rsidRPr="009F3EFA" w:rsidSect="00034616">
      <w:headerReference w:type="default" r:id="rId8"/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8A768" w14:textId="77777777" w:rsidR="002F07C0" w:rsidRDefault="002F07C0">
      <w:pPr>
        <w:spacing w:after="0" w:line="240" w:lineRule="auto"/>
      </w:pPr>
      <w:r>
        <w:separator/>
      </w:r>
    </w:p>
  </w:endnote>
  <w:endnote w:type="continuationSeparator" w:id="0">
    <w:p w14:paraId="6EA755AD" w14:textId="77777777" w:rsidR="002F07C0" w:rsidRDefault="002F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AECC" w14:textId="77777777" w:rsidR="00D02A15" w:rsidRDefault="0079047E">
    <w:pPr>
      <w:pStyle w:val="Footer"/>
      <w:jc w:val="center"/>
    </w:pPr>
    <w:r>
      <w:rPr>
        <w:i/>
        <w:color w:val="5B6573"/>
        <w:sz w:val="17"/>
      </w:rPr>
      <w:t>Replace every bracketed prompt before sending. Keep the email concise and personal.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7235E" w14:textId="77777777" w:rsidR="002F07C0" w:rsidRDefault="002F07C0">
      <w:pPr>
        <w:spacing w:after="0" w:line="240" w:lineRule="auto"/>
      </w:pPr>
      <w:r>
        <w:separator/>
      </w:r>
    </w:p>
  </w:footnote>
  <w:footnote w:type="continuationSeparator" w:id="0">
    <w:p w14:paraId="235BCA6B" w14:textId="77777777" w:rsidR="002F07C0" w:rsidRDefault="002F0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CEBA7" w14:textId="0BB07875" w:rsidR="009F3EFA" w:rsidRDefault="009F3EF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09EA50" wp14:editId="35516720">
          <wp:simplePos x="0" y="0"/>
          <wp:positionH relativeFrom="column">
            <wp:posOffset>5498161</wp:posOffset>
          </wp:positionH>
          <wp:positionV relativeFrom="paragraph">
            <wp:posOffset>-282880</wp:posOffset>
          </wp:positionV>
          <wp:extent cx="731439" cy="603727"/>
          <wp:effectExtent l="0" t="0" r="0" b="6350"/>
          <wp:wrapNone/>
          <wp:docPr id="21094458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445859" name="Picture 21094458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439" cy="6037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0303567">
    <w:abstractNumId w:val="8"/>
  </w:num>
  <w:num w:numId="2" w16cid:durableId="1442450954">
    <w:abstractNumId w:val="6"/>
  </w:num>
  <w:num w:numId="3" w16cid:durableId="1020932666">
    <w:abstractNumId w:val="5"/>
  </w:num>
  <w:num w:numId="4" w16cid:durableId="60713983">
    <w:abstractNumId w:val="4"/>
  </w:num>
  <w:num w:numId="5" w16cid:durableId="516038408">
    <w:abstractNumId w:val="7"/>
  </w:num>
  <w:num w:numId="6" w16cid:durableId="2040232912">
    <w:abstractNumId w:val="3"/>
  </w:num>
  <w:num w:numId="7" w16cid:durableId="425273757">
    <w:abstractNumId w:val="2"/>
  </w:num>
  <w:num w:numId="8" w16cid:durableId="1138837317">
    <w:abstractNumId w:val="1"/>
  </w:num>
  <w:num w:numId="9" w16cid:durableId="1767458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2633"/>
    <w:rsid w:val="002320BD"/>
    <w:rsid w:val="0029639D"/>
    <w:rsid w:val="002F07C0"/>
    <w:rsid w:val="00326F90"/>
    <w:rsid w:val="00395B56"/>
    <w:rsid w:val="00593A9B"/>
    <w:rsid w:val="006A3121"/>
    <w:rsid w:val="006A7A07"/>
    <w:rsid w:val="0079047E"/>
    <w:rsid w:val="00850818"/>
    <w:rsid w:val="008A10C1"/>
    <w:rsid w:val="00924ECB"/>
    <w:rsid w:val="00953731"/>
    <w:rsid w:val="0095542A"/>
    <w:rsid w:val="009F3EFA"/>
    <w:rsid w:val="00AA1D8D"/>
    <w:rsid w:val="00B47730"/>
    <w:rsid w:val="00CB0664"/>
    <w:rsid w:val="00D02A15"/>
    <w:rsid w:val="00DC5625"/>
    <w:rsid w:val="00F207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FD3DFE04-EEAB-4D11-AD1B-AB2C9AAC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217</Words>
  <Characters>1149</Characters>
  <Application>Microsoft Office Word</Application>
  <DocSecurity>0</DocSecurity>
  <Lines>34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Ryan Guy</cp:lastModifiedBy>
  <cp:revision>13</cp:revision>
  <dcterms:created xsi:type="dcterms:W3CDTF">2013-12-23T23:15:00Z</dcterms:created>
  <dcterms:modified xsi:type="dcterms:W3CDTF">2026-08-31T15:28:00Z</dcterms:modified>
  <cp:category/>
</cp:coreProperties>
</file>