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A97A68" w14:textId="77777777" w:rsidR="008944AC" w:rsidRPr="00542514" w:rsidRDefault="009463FA" w:rsidP="007A7AE9">
      <w:pPr>
        <w:spacing w:after="0" w:line="240" w:lineRule="auto"/>
        <w:jc w:val="center"/>
      </w:pPr>
      <w:r w:rsidRPr="00542514">
        <w:rPr>
          <w:rFonts w:ascii="Aptos Display" w:hAnsi="Aptos Display"/>
          <w:b/>
          <w:sz w:val="22"/>
        </w:rPr>
        <w:t>SURF COLLEGE PATHWAY</w:t>
      </w:r>
    </w:p>
    <w:p w14:paraId="4CC9B7F4" w14:textId="374327AE" w:rsidR="008944AC" w:rsidRPr="00542514" w:rsidRDefault="00F05772" w:rsidP="007A7AE9">
      <w:pPr>
        <w:spacing w:after="0" w:line="240" w:lineRule="auto"/>
        <w:jc w:val="center"/>
      </w:pPr>
      <w:r>
        <w:rPr>
          <w:rFonts w:ascii="Aptos Display" w:hAnsi="Aptos Display"/>
          <w:b/>
          <w:sz w:val="42"/>
        </w:rPr>
        <w:t>Game/</w:t>
      </w:r>
      <w:r w:rsidR="009463FA" w:rsidRPr="00542514">
        <w:rPr>
          <w:rFonts w:ascii="Aptos Display" w:hAnsi="Aptos Display"/>
          <w:b/>
          <w:sz w:val="42"/>
        </w:rPr>
        <w:t>Showcase Schedule Follow-Up Email</w:t>
      </w:r>
    </w:p>
    <w:tbl>
      <w:tblPr>
        <w:tblW w:w="0" w:type="auto"/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10080"/>
      </w:tblGrid>
      <w:tr w:rsidR="008944AC" w:rsidRPr="00542514" w14:paraId="55FAD18C" w14:textId="77777777" w:rsidTr="00542514">
        <w:tc>
          <w:tcPr>
            <w:tcW w:w="10080" w:type="dxa"/>
            <w:shd w:val="clear" w:color="auto" w:fill="F2F2F2" w:themeFill="background1" w:themeFillShade="F2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71A2F31D" w14:textId="77777777" w:rsidR="008944AC" w:rsidRPr="00542514" w:rsidRDefault="009463FA" w:rsidP="007A7AE9">
            <w:pPr>
              <w:spacing w:after="0" w:line="240" w:lineRule="auto"/>
            </w:pPr>
            <w:r w:rsidRPr="00542514">
              <w:rPr>
                <w:b/>
              </w:rPr>
              <w:t>When to use this template</w:t>
            </w:r>
          </w:p>
          <w:p w14:paraId="135599D2" w14:textId="77777777" w:rsidR="008944AC" w:rsidRPr="00542514" w:rsidRDefault="009463FA" w:rsidP="007A7AE9">
            <w:pPr>
              <w:spacing w:after="0" w:line="240" w:lineRule="auto"/>
            </w:pPr>
            <w:r w:rsidRPr="00542514">
              <w:t>Send this approximately 5–10 days before the event to a coach you previously contacted. Reply in the existing email thread when possible so the coach can easily see your earlier introduction and interest in the school.</w:t>
            </w:r>
          </w:p>
        </w:tc>
      </w:tr>
    </w:tbl>
    <w:p w14:paraId="1245D3E9" w14:textId="77777777" w:rsidR="008944AC" w:rsidRPr="00542514" w:rsidRDefault="008944AC" w:rsidP="007A7AE9">
      <w:pPr>
        <w:spacing w:after="0" w:line="240" w:lineRule="auto"/>
      </w:pPr>
    </w:p>
    <w:p w14:paraId="1BDF4247" w14:textId="77777777" w:rsidR="008944AC" w:rsidRPr="00542514" w:rsidRDefault="009463FA" w:rsidP="007A7AE9">
      <w:pPr>
        <w:spacing w:after="0" w:line="240" w:lineRule="auto"/>
      </w:pPr>
      <w:r w:rsidRPr="00542514">
        <w:rPr>
          <w:b/>
        </w:rPr>
        <w:t xml:space="preserve">Subject: </w:t>
      </w:r>
      <w:r w:rsidRPr="00542514">
        <w:t>Re: [Original Subject Line] — [Showcase Name] Schedule</w:t>
      </w:r>
    </w:p>
    <w:p w14:paraId="2A7D6715" w14:textId="77777777" w:rsidR="007A7AE9" w:rsidRDefault="007A7AE9" w:rsidP="007A7AE9">
      <w:pPr>
        <w:spacing w:after="0" w:line="240" w:lineRule="auto"/>
      </w:pPr>
    </w:p>
    <w:p w14:paraId="5EFE4CD9" w14:textId="311FC2B5" w:rsidR="008944AC" w:rsidRPr="00542514" w:rsidRDefault="009463FA" w:rsidP="007A7AE9">
      <w:pPr>
        <w:spacing w:after="0" w:line="240" w:lineRule="auto"/>
      </w:pPr>
      <w:r w:rsidRPr="00542514">
        <w:t>Hi Coach [Last Name],</w:t>
      </w:r>
    </w:p>
    <w:p w14:paraId="1724737B" w14:textId="77777777" w:rsidR="007A7AE9" w:rsidRDefault="007A7AE9" w:rsidP="007A7AE9">
      <w:pPr>
        <w:spacing w:after="0" w:line="240" w:lineRule="auto"/>
      </w:pPr>
    </w:p>
    <w:p w14:paraId="5CD6FD5E" w14:textId="27E8557D" w:rsidR="008944AC" w:rsidRPr="00542514" w:rsidRDefault="009463FA" w:rsidP="007A7AE9">
      <w:pPr>
        <w:spacing w:after="0" w:line="240" w:lineRule="auto"/>
      </w:pPr>
      <w:r w:rsidRPr="00542514">
        <w:t>I hope you’re doing well. I wanted to follow up on my earlier email and let you know that I will be competing at [Showcase/Tournament Name] in [City, State] on [Date or Date Range].</w:t>
      </w:r>
    </w:p>
    <w:p w14:paraId="3EC2E580" w14:textId="77777777" w:rsidR="008944AC" w:rsidRPr="00542514" w:rsidRDefault="009463FA" w:rsidP="007A7AE9">
      <w:pPr>
        <w:spacing w:after="0" w:line="240" w:lineRule="auto"/>
      </w:pPr>
      <w:r w:rsidRPr="00542514">
        <w:t>Since I last reached out, [brief, meaningful update about your performance, development, team role, academics, or highlight video].</w:t>
      </w:r>
    </w:p>
    <w:p w14:paraId="7655572B" w14:textId="77777777" w:rsidR="007A7AE9" w:rsidRDefault="007A7AE9" w:rsidP="007A7AE9">
      <w:pPr>
        <w:spacing w:after="0" w:line="240" w:lineRule="auto"/>
      </w:pPr>
    </w:p>
    <w:p w14:paraId="55EB3DFC" w14:textId="6C6EEBB4" w:rsidR="008944AC" w:rsidRPr="00542514" w:rsidRDefault="009463FA" w:rsidP="007A7AE9">
      <w:pPr>
        <w:spacing w:after="0" w:line="240" w:lineRule="auto"/>
      </w:pPr>
      <w:r w:rsidRPr="00542514">
        <w:t>Here is my schedule:</w:t>
      </w:r>
    </w:p>
    <w:p w14:paraId="3CB5C842" w14:textId="77777777" w:rsidR="008944AC" w:rsidRPr="00542514" w:rsidRDefault="009463FA" w:rsidP="007A7AE9">
      <w:pPr>
        <w:pStyle w:val="ListBullet"/>
        <w:spacing w:after="0" w:line="240" w:lineRule="auto"/>
        <w:ind w:hanging="259"/>
      </w:pPr>
      <w:r w:rsidRPr="00542514">
        <w:t>Team: [Surf Team Name]</w:t>
      </w:r>
    </w:p>
    <w:p w14:paraId="24D07268" w14:textId="77777777" w:rsidR="008944AC" w:rsidRPr="00542514" w:rsidRDefault="009463FA" w:rsidP="007A7AE9">
      <w:pPr>
        <w:pStyle w:val="ListBullet"/>
        <w:spacing w:after="0" w:line="240" w:lineRule="auto"/>
        <w:ind w:hanging="259"/>
      </w:pPr>
      <w:r w:rsidRPr="00542514">
        <w:t>Game 1: [Day, Date] | [Time] | [Opponent] | [Field/Complex]</w:t>
      </w:r>
    </w:p>
    <w:p w14:paraId="6BC1BEDE" w14:textId="77777777" w:rsidR="008944AC" w:rsidRPr="00542514" w:rsidRDefault="009463FA" w:rsidP="007A7AE9">
      <w:pPr>
        <w:pStyle w:val="ListBullet"/>
        <w:spacing w:after="0" w:line="240" w:lineRule="auto"/>
        <w:ind w:hanging="259"/>
      </w:pPr>
      <w:r w:rsidRPr="00542514">
        <w:t>Game 2: [Day, Date] | [Time] | [Opponent] | [Field/Complex]</w:t>
      </w:r>
    </w:p>
    <w:p w14:paraId="02C4489B" w14:textId="77777777" w:rsidR="008944AC" w:rsidRPr="00542514" w:rsidRDefault="009463FA" w:rsidP="007A7AE9">
      <w:pPr>
        <w:pStyle w:val="ListBullet"/>
        <w:spacing w:after="0" w:line="240" w:lineRule="auto"/>
        <w:ind w:hanging="259"/>
      </w:pPr>
      <w:r w:rsidRPr="00542514">
        <w:t>Game 3: [Day, Date] | [Time] | [Opponent] | [Field/Complex]</w:t>
      </w:r>
    </w:p>
    <w:p w14:paraId="775FB60B" w14:textId="77777777" w:rsidR="006C58BF" w:rsidRDefault="006C58BF" w:rsidP="007A7AE9">
      <w:pPr>
        <w:spacing w:after="0" w:line="240" w:lineRule="auto"/>
      </w:pPr>
    </w:p>
    <w:p w14:paraId="3F2222D2" w14:textId="6749055D" w:rsidR="008944AC" w:rsidRPr="00542514" w:rsidRDefault="009463FA" w:rsidP="007A7AE9">
      <w:pPr>
        <w:spacing w:after="0" w:line="240" w:lineRule="auto"/>
      </w:pPr>
      <w:r w:rsidRPr="00542514">
        <w:t xml:space="preserve">I would </w:t>
      </w:r>
      <w:proofErr w:type="gramStart"/>
      <w:r w:rsidRPr="00542514">
        <w:t>love for</w:t>
      </w:r>
      <w:proofErr w:type="gramEnd"/>
      <w:r w:rsidRPr="00542514">
        <w:t xml:space="preserve"> you or a member of your staff to watch me play if you are attending. Please let me know if there is any additional information I can provide.</w:t>
      </w:r>
    </w:p>
    <w:p w14:paraId="4B18787B" w14:textId="77777777" w:rsidR="006C58BF" w:rsidRDefault="006C58BF" w:rsidP="007A7AE9">
      <w:pPr>
        <w:spacing w:after="0" w:line="240" w:lineRule="auto"/>
      </w:pPr>
    </w:p>
    <w:p w14:paraId="1B9EBB32" w14:textId="2DD7CE77" w:rsidR="008944AC" w:rsidRPr="00542514" w:rsidRDefault="009463FA" w:rsidP="007A7AE9">
      <w:pPr>
        <w:spacing w:after="0" w:line="240" w:lineRule="auto"/>
      </w:pPr>
      <w:r w:rsidRPr="00542514">
        <w:t>Thank you again for your time. I look forward to connecting.</w:t>
      </w:r>
    </w:p>
    <w:p w14:paraId="6D75DF33" w14:textId="3D989D78" w:rsidR="00547BD8" w:rsidRDefault="00547BD8" w:rsidP="007A7AE9">
      <w:pPr>
        <w:spacing w:after="0" w:line="240" w:lineRule="auto"/>
      </w:pPr>
      <w:r w:rsidRPr="00542514">
        <w:t>[Highlight Video Link]</w:t>
      </w:r>
    </w:p>
    <w:p w14:paraId="59FFA4FD" w14:textId="77777777" w:rsidR="00266E72" w:rsidRDefault="00266E72" w:rsidP="007A7AE9">
      <w:pPr>
        <w:spacing w:after="0" w:line="240" w:lineRule="auto"/>
      </w:pPr>
    </w:p>
    <w:p w14:paraId="33801CAB" w14:textId="3F696277" w:rsidR="008944AC" w:rsidRPr="00542514" w:rsidRDefault="009463FA" w:rsidP="007A7AE9">
      <w:pPr>
        <w:spacing w:after="0" w:line="240" w:lineRule="auto"/>
      </w:pPr>
      <w:r w:rsidRPr="00542514">
        <w:t>Best,</w:t>
      </w:r>
      <w:r w:rsidRPr="00542514">
        <w:br/>
        <w:t>[Name]</w:t>
      </w:r>
      <w:r w:rsidRPr="00542514">
        <w:br/>
        <w:t>[Grad Year] | [Position]</w:t>
      </w:r>
      <w:r w:rsidRPr="00542514">
        <w:br/>
        <w:t>[Surf Team Name]</w:t>
      </w:r>
      <w:r w:rsidRPr="00542514">
        <w:br/>
        <w:t>[Phone Number]</w:t>
      </w:r>
      <w:r w:rsidRPr="00542514">
        <w:br/>
        <w:t>[Email Address]</w:t>
      </w:r>
      <w:r w:rsidRPr="00542514">
        <w:br/>
      </w:r>
      <w:r w:rsidRPr="00542514">
        <w:t>[Player Profile Link — optional]</w:t>
      </w:r>
    </w:p>
    <w:sectPr w:rsidR="008944AC" w:rsidRPr="00542514" w:rsidSect="00034616">
      <w:headerReference w:type="default" r:id="rId8"/>
      <w:footerReference w:type="default" r:id="rId9"/>
      <w:pgSz w:w="12240" w:h="15840"/>
      <w:pgMar w:top="936" w:right="1080" w:bottom="936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67126D" w14:textId="77777777" w:rsidR="009463FA" w:rsidRDefault="009463FA">
      <w:pPr>
        <w:spacing w:after="0" w:line="240" w:lineRule="auto"/>
      </w:pPr>
      <w:r>
        <w:separator/>
      </w:r>
    </w:p>
  </w:endnote>
  <w:endnote w:type="continuationSeparator" w:id="0">
    <w:p w14:paraId="0959985C" w14:textId="77777777" w:rsidR="009463FA" w:rsidRDefault="00946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2DE9C" w14:textId="77777777" w:rsidR="008944AC" w:rsidRDefault="009463FA">
    <w:pPr>
      <w:pStyle w:val="Footer"/>
      <w:jc w:val="center"/>
    </w:pPr>
    <w:r>
      <w:rPr>
        <w:i/>
        <w:color w:val="5B6573"/>
        <w:sz w:val="17"/>
      </w:rPr>
      <w:t>Replace every bracketed prompt before sending. Keep the email concise and personal.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7075AB" w14:textId="77777777" w:rsidR="009463FA" w:rsidRDefault="009463FA">
      <w:pPr>
        <w:spacing w:after="0" w:line="240" w:lineRule="auto"/>
      </w:pPr>
      <w:r>
        <w:separator/>
      </w:r>
    </w:p>
  </w:footnote>
  <w:footnote w:type="continuationSeparator" w:id="0">
    <w:p w14:paraId="1AB196D3" w14:textId="77777777" w:rsidR="009463FA" w:rsidRDefault="00946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8C6B4" w14:textId="7176F99A" w:rsidR="00547BD8" w:rsidRDefault="00547BD8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C5274EA" wp14:editId="4D990554">
          <wp:simplePos x="0" y="0"/>
          <wp:positionH relativeFrom="column">
            <wp:posOffset>5470497</wp:posOffset>
          </wp:positionH>
          <wp:positionV relativeFrom="paragraph">
            <wp:posOffset>-286247</wp:posOffset>
          </wp:positionV>
          <wp:extent cx="731439" cy="603727"/>
          <wp:effectExtent l="0" t="0" r="0" b="6350"/>
          <wp:wrapNone/>
          <wp:docPr id="210944585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9445859" name="Picture 210944585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31439" cy="6037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60734839">
    <w:abstractNumId w:val="8"/>
  </w:num>
  <w:num w:numId="2" w16cid:durableId="1039864406">
    <w:abstractNumId w:val="6"/>
  </w:num>
  <w:num w:numId="3" w16cid:durableId="1901095453">
    <w:abstractNumId w:val="5"/>
  </w:num>
  <w:num w:numId="4" w16cid:durableId="811093115">
    <w:abstractNumId w:val="4"/>
  </w:num>
  <w:num w:numId="5" w16cid:durableId="1287664688">
    <w:abstractNumId w:val="7"/>
  </w:num>
  <w:num w:numId="6" w16cid:durableId="1011220677">
    <w:abstractNumId w:val="3"/>
  </w:num>
  <w:num w:numId="7" w16cid:durableId="1678188500">
    <w:abstractNumId w:val="2"/>
  </w:num>
  <w:num w:numId="8" w16cid:durableId="439908814">
    <w:abstractNumId w:val="1"/>
  </w:num>
  <w:num w:numId="9" w16cid:durableId="1716654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66E72"/>
    <w:rsid w:val="0029639D"/>
    <w:rsid w:val="00326F90"/>
    <w:rsid w:val="00542514"/>
    <w:rsid w:val="00547BD8"/>
    <w:rsid w:val="006C58BF"/>
    <w:rsid w:val="007A7AE9"/>
    <w:rsid w:val="008944AC"/>
    <w:rsid w:val="00924ECB"/>
    <w:rsid w:val="009463FA"/>
    <w:rsid w:val="00AA1D8D"/>
    <w:rsid w:val="00B47730"/>
    <w:rsid w:val="00CB0664"/>
    <w:rsid w:val="00F0577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FD3DFE04-EEAB-4D11-AD1B-AB2C9AACB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/>
    </w:pPr>
    <w:rPr>
      <w:rFonts w:ascii="Aptos" w:hAnsi="Aptos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1084</Characters>
  <Application>Microsoft Office Word</Application>
  <DocSecurity>0</DocSecurity>
  <Lines>29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Ryan Guy</cp:lastModifiedBy>
  <cp:revision>7</cp:revision>
  <dcterms:created xsi:type="dcterms:W3CDTF">2013-12-23T23:15:00Z</dcterms:created>
  <dcterms:modified xsi:type="dcterms:W3CDTF">2026-08-28T16:58:00Z</dcterms:modified>
  <cp:category/>
</cp:coreProperties>
</file>